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הסוגה ואת המאפיינים הייחודיים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מושגים מתאימים לכל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כתבה מרכזית וכתבות משנה לפי הסוגה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לפי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(דיאלוג והערות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(דובר, דימוי, מטפורה)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(דמות דינמית ונקודת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(תפנית וסוף פתוח)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שמסביר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התרכזות ברגע אחד, דמות אחת ותפנית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רומן או נובלה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את הדובר עם המשורר באופן אוטומטי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הן מקור חשוב למידע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שצוות עובד על 3 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כותבים על אותה יצירה אבל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על מסלול השירה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ההנחיה היא להתמקד באירוע מכונן אחד, לא בתקציר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התפנית היא לב הסיפור הקצר ואסור לפספס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מבנה זה חוזר בכל ארבעת הדוגמאות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כתבה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מסלול סוגה ויצירה אחת או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אתרו מושגים מתאימים מתוך רשימת המושגים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אירוע, דמות או תופעה מרכזית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כתבה מרכזית עם ציטוטים קצרים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הוסיפו כתבות משנה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כתבו דבר עורכים עם תובנה ומחלוקת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מסלול מתאים, מציע/ה זווית ברורה ושונה מהכתבה המרכזית, ומשלב/ת לפחות מושג אחד רלוונטי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בשירה: לא לזהות דובר עם משורר, לא להתמקד רק בחרוז ומשקל, לא להסתמך על שיר אחד. בדרמה: לא לסכם מערכות בלי זווית, לא לשכוח הערות במה, לא לצטט ציטוט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בדרמה אין מספר, רק דיאלוגים והערות במה; ברומן יש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מושג מתוך: דובר בשיר, דימוי, מטפורה, האנשה, תקבולת, מוטיב, חרוז,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זווית עיתונאית ממוקדת ולא סיכום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להציג שוב את ארבעת המסלולים בקצרה ולוודא שכל תלמיד יודע באיזה מסלול הוא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התרגול לפי מסלול הסוגה שבו עובד כל צוות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בין המושגים הייחודיים לבין הכתבה שהתלמיד מתכנן לכתוב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הספרותי השיתופי בוחרים מסלול סוגה אחד: דרמה, שירה, רומן או נובלה, או סיפור קצר. לכל מסלול יש מאפיינים, מושגים וסוג כתבות שמתאימים לו במיוחד.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לפי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דובר, דימוי, מטפורה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תפנית וסוף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רומן או נובלה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דיאלוג והערות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דינמית ונקודת מבט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אין במחזה, בניגוד לרומן?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שמסביר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שירים צריך להביא לפחות כל חבר צוות במסלול השירה?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שלם עם הרבה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התרכזות ברגע אחד, דמות אחת ותפנית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ארוך ומקומות משתנים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מסלול חשוב לשים לב לשינוי הדמות לאורך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רומן או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הטעות הנפוצה במסלול השירה?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הדובר עם המשורר באופן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להביא שני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הערות הבמה בדרמה?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מקור חשוב למידע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רק 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מחליפות דיאלוג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סיפור קצר כותבים על שלושה סיפורים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בדרמה כל חברי הצוות כותבים על יצירות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בשירה 'החדשות' הן מצבים פנימיים כמו בדידות וגעגוע.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ברומן או בנובלה הכתבה המרכזית מתמקדת בתקציר של כל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קצר חשוב לפספס את התפנית ולהתמקד בתיאור הדמויות.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המסלולים יש דבר העורכים עם תובנה ומחלוקת.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הדרמה העיתון מדווח כמו כתב שנמצא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השירה כל חבר צוות מביא לפחות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ברומן יש דמויות רבות, זמן ארוך ו__________ משתנים.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 קצר הכתבה המרכזית מציגה את הסיפורים כסדרת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בדרמה על אנטיגונה, הכתבה המרכזית נקראת 'המלך גזר, האחות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מושג חשוב בסיפור הקצר של פרץ הוא __________ וסוף פתוח.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בניית כתבה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דבר עורכים עם תובנה ומחלוקת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כתבות משנה מזוויות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כתבה מרכזית עם ציטוטים קצרים ומושגים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אירוע, דמות או תופעה מרכזית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מסלול סוגה ויצירה אחת או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אתרו מושגים מתאימים מתוך רשימת המושגים של המסלול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מסלול סוגה אחד (דרמה, שירה, רומן או סיפור קצר) ותכננו כתבת משנה אחת: מי הדמות או הדובר, מה הזווית, ואילו מושגים ישולבו בכתבה.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'שימו לב' (הטעויות) של מסלול השירה לבין 'שימו לב' של מסלול הדרמה.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מסלול הדרמה למסלול הרומן מבחינת המספר?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למושג אחד שמתאים במיוחד למסלול השירה.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אירוע אחד ברומן ולא לכתוב תקציר של כל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סוגה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