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📰 העיתון הספרותי השיתופי – ערכה מלאה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מסלולי סוגה בעיתון הספרותי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ארבעת מסלולי הסוגה ואת המאפיינים הייחודיים של כל אחד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לשייך מושגים מתאימים לכל סוגה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תכנון כתבה מרכזית וכתבות משנה לפי הסוגה הנלמדת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מושגים לפי סוגה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(דיאלוג והערות במה)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(דובר, דימוי, מטפורה)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(דמות דינמית ונקודת מבט)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(תפנית וסוף פתוח)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מספר שמסביר לנו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שניים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התרכזות ברגע אחד, דמות אחת ותפנית אחת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רומן או נובלה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לזהות את הדובר עם המשורר באופן אוטומטי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הן מקור חשוב למידע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כתוב בדף שצוות עובד על 3 סיפורים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כולם כותבים על אותה יצירה אבל מזוויות שונות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מוסבר בדף על מסלול השירה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ההנחיה היא להתמקד באירוע מכונן אחד, לא בתקציר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התפנית היא לב הסיפור הקצר ואסור לפספס אותה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נכון – מבנה זה חוזר בכל ארבעת הדוגמאות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בחדר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שירים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מקומות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חדשות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סירבה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תפנית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סידור שלבים – בניית כתבה מרכזית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בחרו מסלול סוגה ויצירה אחת או יותר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אתרו מושגים מתאימים מתוך רשימת המושגים של המסלול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בחרו אירוע, דמות או תופעה מרכזית לכתבה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כתבו כתבה מרכזית עם ציטוטים קצרים ומושגים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הוסיפו כתבות משנה מזוויות שונות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כתבו דבר עורכים עם תובנה ומחלוקת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פתוחה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התלמיד/ה בוחר/ת מסלול מתאים, מציע/ה זווית ברורה ושונה מהכתבה המרכזית, ומשלב/ת לפחות מושג אחד רלוונטי מהרשימה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בשירה: לא לזהות דובר עם משורר, לא להתמקד רק בחרוז ומשקל, לא להסתמך על שיר אחד. בדרמה: לא לסכם מערכות בלי זווית, לא לשכוח הערות במה, לא לצטט ציטוט ארוך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בדרמה אין מספר, רק דיאלוגים והערות במה; ברומן יש מספר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מושג מתוך: דובר בשיר, דימוי, מטפורה, האנשה, תקבולת, מוטיב, חרוז, משקל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כי המטרה היא זווית עיתונאית ממוקדת ולא סיכום כללי של העלילה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לפני התרגול כדאי להציג שוב את ארבעת המסלולים בקצרה ולוודא שכל תלמיד יודע באיזה מסלול הוא עובד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התרגול לפי מסלול הסוגה שבו עובד כל צוות בפועל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כדאי לעודד חיבור בין המושגים הייחודיים לבין הכתבה שהתלמיד מתכנן לכתוב בפועל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📰 העיתון הספרותי השיתופי – ערכה מלאה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מסלולי סוגה בעיתון הספרותי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יש ארבעה סוגים של יצירות: מחזה, שירים, ספר ארוך, או סיפורים קצרים. לכל סוג יש כללים אחרים לכתיבת העיתון.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דיאלוג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שיחה בין דמויות במחזה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דובר בשיר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 שמדבר בתוך השיר, לא תמיד המשורר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דמות דינמית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דמות שמשתנה לאורך היצירה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תפנית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רגע שבו המצב בסיפור משתנה בפתאומיות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אירוניה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פער בין מה שמצפים לו לבין מה שקורה באמת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כתבה מרכזית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הכתבה המובילה שמחברת בין חלקי העיתון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כתבת משנה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כתבה קטנה יותר שמרחיבה זווית אחת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דבר העורכים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הטור המסכם עם תובנה ומחלוקת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מושגים לפי סוגה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דרמה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תפנית וסוף פתוח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שירה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דמות דינמית ונקודת מבט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רומן או נובלה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דובר, דימוי, מטפורה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סיפור קצר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דיאלוג והערות במה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חסר במחזה?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דמויות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מספר שמסביר לנו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דיאלוג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קונפליקט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שירים כל אחד מביא?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שיר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שלושה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ארבעה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המיוחד בסיפור קצר?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עולם שלם עם הרבה דמויות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התרכזות ברגע אחד, דמות אחת ותפנית אחת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זמן ארוך ומקומות משתנים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בו קונפליקט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באיזה מסלול הדמות משתנה?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דרמה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רומן או נובלה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סיפור קצר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לא נכון לעשות בשירה?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לכתוב יומן מסע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לזהות את הדובר עם המשורר באופן אוטומטי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להביא שני שירים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לכתוב טור דעה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למה הערות הבמה חשובות?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הן לא חשובות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הן מקור חשוב למידע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הן רק קישוט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הן מחליפות דיאלוג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במסלול סיפור קצר כותבים על שלושה סיפורים שונים.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בדרמה כל חברי הצוות כותבים על יצירות שונות.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בשירה 'החדשות' הן מצבים פנימיים כמו בדידות וגעגוע.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ברומן או בנובלה הכתבה המרכזית מתמקדת בתקציר של כל הספר.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בסיפור קצר חשוב לפספס את התפנית ולהתמקד בתיאור הדמויות.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בכל המסלולים יש דבר העורכים עם תובנה ומחלוקת.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במסלול הדרמה העיתון מדווח כמו כתב שנמצא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במסלול השירה כל חבר צוות מביא לפחות שני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ברומן יש דמויות רבות, זמן ארוך ו__________ משתנים.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בסיפור קצר הכתבה המרכזית מציגה את הסיפורים כסדרת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בדרמה על אנטיגונה, הכתבה המרכזית נקראת 'המלך גזר, האחות __________'.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מושג חשוב בסיפור הקצר של פרץ הוא __________ וסוף פתוח.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סידור שלבים – בניית כתבה מרכזית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בחרו מסלול סוגה ויצירה אחת או יותר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כתבו כתבה מרכזית עם ציטוטים קצרים ומושגים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אתרו מושגים מתאימים מתוך רשימת המושגים של המסלול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כתבו דבר עורכים עם תובנה ומחלוקת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בחרו אירוע, דמות או תופעה מרכזית לכתבה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הוסיפו כתבות משנה מזוויות שונות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פתוחה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מסלול סוגה אחד (דרמה, שירה, רומן או סיפור קצר) ותכננו כתבת משנה אחת: מי הדמות או הדובר, מה הזווית, ואילו מושגים ישולבו בכתבה.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במילים שלכם מה ההבדל בין 'שימו לב' (הטעויות) של מסלול השירה לבין 'שימו לב' של מסלול הדרמה.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המרכזי בין מסלול הדרמה למסלול הרומן מבחינת המספר?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למושג אחד שמתאים במיוחד למסלול השירה.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חשוב לבחור אירוע אחד ברומן ולא לכתוב תקציר של כל הספר?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מסלולי סוגה בעיתון הספרותי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