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סוגה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מסלולי הסוגה ואת המאפיינים הייחודיים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מושגים מתאימים לכל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כתבה מרכזית וכתבות משנה לפי הסוגה הנלמדת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לפי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(דיאלוג והערות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(דובר, דימוי, מטפורה)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(דמות דינמית ונקודת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(תפנית וסוף פתוח)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שמסביר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רומן או נובלה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שצוות עובד על 3 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כולם כותבים על אותה יצירה אבל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על מסלול השירה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בניית כתבה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מסלול סוגה ויצירה אחת או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אתרו מושגים מתאימים מתוך רשימת המושגים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אירוע, דמות או תופעה מרכזית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כתבה מרכזית עם ציטוטים קצרים ומושגים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מסלול מתאים, מציע/ה זווית ברורה ושונה מהכתבה המרכזית, ומשלב/ת לפחות מושג אחד רלוונטי מהרשימה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בדרמה אין מספר, רק דיאלוגים והערות במה; ברומן יש 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מושג מתוך: דובר בשיר, דימוי, מטפורה, האנשה, תקבולת, מוטיב, חרוז,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המטרה היא זווית עיתונאית ממוקדת ולא סיכום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להציג שוב את ארבעת המסלולים בקצרה ולוודא שכל תלמיד יודע באיזה מסלול הוא עובד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התרגול לפי מסלול הסוגה שבו עובד כל צוות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חיבור בין המושגים הייחודיים לבין הכתבה שהתלמיד מתכנן לכתוב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סוגה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בעיתון הספרותי השיתופי בוחרים מסלול סוגה אחד: דרמה, שירה, רומן או נובלה, או סיפור קצר. לכל מסלול יש מאפיינים, מושגים וסוג כתבות שמתאימים לו במיוחד.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שירים  ·  בחדר  ·  מקומות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מושגים לפי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דמות דינמית ונקודת מבט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תפנית וסוף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רומן או נובלה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דובר, דימוי, מטפורה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דיאלוג והערות 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אין במחזה, בניגוד לרומן?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שמסביר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שירים צריך להביא לפחות כל חבר צוות במסלול השירה?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מסלול חשוב לשים לב לשינוי הדמות לאורך הזמן?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רומן או נובלה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סיפור קצר כותבים על שלושה סיפורים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בדרמה כל חברי הצוות כותבים על יצירות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בשירה 'החדשות' הן מצבים פנימיים כמו בדידות וגעגוע.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במסלול הדרמה העיתון מדווח כמו כתב שנמצא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במסלול השירה כל חבר צוות מביא לפחות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ברומן יש דמויות רבות, זמן ארוך ו__________ משתנים.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שלבים – בניית כתבה 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אירוע, דמות או תופעה מרכזית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כתבה מרכזית עם ציטוטים קצרים ומושגים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מסלול סוגה ויצירה אחת או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אתרו מושגים מתאימים מתוך רשימת המושגים של המסלול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מסלול סוגה אחד (דרמה, שירה, רומן או סיפור קצר) ותכננו כתבת משנה אחת: מי הדמות או הדובר, מה הזווית, ואילו מושגים ישולבו בכתבה.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המרכזי בין מסלול הדרמה למסלול הרומן מבחינת המספר?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למושג אחד שמתאים במיוחד למסלול השירה.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סוגה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